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עיתון קל: החיים בישראל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שימושי לחיי היומיום בישראל מתוך כתבות אמיתיות של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בעברית קלה דרך שאלות אמריקאיות ושאלות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מונחים אזרחיים, תרבותיים וחגיגיים המופיעים בגיליונות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וקשורה לחוויה האישית של עולה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הצעדים הראשונים: קופת חולים ותחבורה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באפליקציה או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בבית מרקחת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הצעדים הראשונים: קופת חולים ותחבורה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בכתבה כתוב שרופא המשפחה מכיר את התושב ואת המשפחה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קובעים תור באפליקציה או בטלפון, לא בדואר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הצעדים הראשונים: קופת חולים ותחבורה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 מרקחת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ישראל בוחרת: אזרחות ובחירות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יום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הקלפיות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ישראל בוחרת: אזרחות ובחירות – מילים וסמלים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(קלפי)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(תעודה מזהה)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(מעטפת 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(דגל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ישראל בוחרת: אזרחות ובחירות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סבירה: כי כל קול משפיע על מי שישב בכנסת ועל ההחלטות שישפיעו על כל האזרחים.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עלייה, זהות וסובלנות – מה זכרתם מהכתבות?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ז׳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לך 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עלייה, זהות וסובלנות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אונסקו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עלייה, זהות וסובלנות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שמע את הציווי לך לך, עזב את הבית שלו והלך לארץ חדשה, כמו עולים חדשים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כבוד לאנשים ששונים מאיתנו, למשל בשפה או במנהגים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עונות וחגים: חורף וחנוכה – היכרות עם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הגשם הראשון נקרא 'יורה'. המלקוש הוא הגשם האחרון, באביב.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בכל ערב מוסיפים עוד נר, עד שבערב האחרון יש שמונה נרות.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בקיץ בישראל חם ויבש, ואין גשם.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עונות וחגים: חורף וחנוכה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(הגשם הראשון של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(הגשם האחרון, באביב)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(צעצוע שהילדים משחקים בו בחנוכה)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עונות וחגים: חורף וחנוכה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הגשם טוב לאדמה ולכינרת, ועוזר לצמחים ולחקלאות.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תרבות, פנאי וספורט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ספרייה ציבורית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בשפות רבות, וגם בעברית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כדורגל וכדורסל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תרבות, פנאי וספורט – נכון או לא נכון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בהרבה ספריות הכרטיס בחינם או זול.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בפארקים יש מתקני כושר בחינם לכולם.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תרבות, פנאי וספורט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תרבות, פנאי וספורט – התאמה, סדר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(ספרים בהרבה 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(מתקני כושר בחינם)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(ריצה ואופניים)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(ספורט אהוב מאוד בישראל)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סגורות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מ-7:00 עד 22:00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16 בנובמבר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לפחות שני פרטים נכונים מהכתבות, למשל: בחירת קופת חולים, קביעת תור, שימוש ברב-קו וכדומה.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אם הלומד/ת משתמש/ת נכון במילה בהקשר נכון, לא רק זוכר/ת 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אם התשובה כוללת לפחות עובדה אחת מדויקת מתוך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תרגול חוזר או דוגמה נוספת לפרק הקשה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שיעור, ולחזור על המילים מהפרק הקודם בתחילת השיעור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ללומדים ברמת מתחילים אפשר להקריא את הכתבה בקול וללוות באיורים או באימוג׳ים מהעיתון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ללומדים מתקדמים יותר אפשר להוסיף שיחה קצרה או השוואה למדינת המוצא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כתיבה חופשית קצרה בסוף כל פרק, גם אם יש שגיאות, כדי לחזק ביטחון בדיבור ובכתיבה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עיתון קל: החיים בישראל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יש חמישה פרקים, כל פרק מתאים לנושא אחד מהעיתון. אפשר לעבוד לפי הסדר או לבחור פרק לפי העניין. בכל פרק יש מילים חדשות, שאלות הבנה ומשימת כתיבה קצרה.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לך לך  ·  ספר  ·  בוחר  ·  אונסקו  ·  בית מרקחת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הצעדים הראשונים: קופת חולים ותחבורה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קופות חולים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קובעים תור לרופא?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באפליקציה או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קונים תרופות אחרי שהרופא נותן מרשם?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בבית מרקחת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הצעדים הראשונים: קופת חולים ותחבורה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בקופת חולים יש רופא משפחה שמכיר אתכם ואת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לקבוע תור לרופא רק בדואר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הצעדים הראשונים: קופת חולים ותחבורה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 תושב בישראל __________ קופת חולים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את התרופות קונים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ישראל בוחרת: אזרחות ובחירות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יום מוזכר בגיליון כיום הבחירות לכנסת?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פתוח מהשעה 7:00 עד השעה 22:00?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בתי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הקלפיות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הספריות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ישראל בוחרת: אזרחות ובחירות – מילים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🗳️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תעודה מזהה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דגל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✉️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קלפי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🇮🇱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מעטפת הצבעה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ישראל בוחרת: אזרחות ובחירות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אחד: למה חשוב שכל אזרח יצביע בבחירות?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עלייה, זהות וסובלנות – מה זכרתם מהכתבות?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תאריך עברי חוגגים בבתי הספר את 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פרשה קוראים בתורה בשבוע של 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לך 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עלייה, זהות וסובלנות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אברהם שמע את הציווי '__________' ועזב את הבית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הארגון הבינלאומי __________ קבע את יום הסובלנות בשנת 1995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עלייה, זהות וסובלנות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אברהם אבינו נקרא בכתבה 'העולה הראשון'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'סובלנות'? כתבו הסבר במילים שלכם, לפי הכתבה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עונות וחגים: חורף וחנוכה – היכרות עם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הגשם הראשון של השנה נקרא 'מלקוש'.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חנוכה נמשך שמונה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בקיץ בישראל יורד הרבה 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עונות וחגים: חורף וחנוכה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צעצוע שהילדים משחקים בו בחנוכה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מלקוש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הגשם הראשון של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הגשם האחרון, באביב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עונות וחגים: חורף וחנוכה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שמסביר למה הגשם חשוב לארץ ישראל.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5 · תרבות, פנאי וספורט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יש ברוב הערים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קולנוע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ספרייה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מוזיאון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באילו שפות יש ספרים בספרייה?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בשפות רבות, וגם בעברית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אילו ענפי ספורט אהובים מאוד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טניס וגולף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כדורגל וכדורסל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סקי והוקי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תרבות, פנאי וספורט – נכון או לא נכון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לקחת ספר הביתה מהספרייה צריך לשלם הרבה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מתקני הכושר בפארקים הם בחינם.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תרבות, פנאי וספורט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בספרייה אפשר לקחת __________ הביתה ולהחזיר אותו אחרי כמה שבועות.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תרבות, פנאי וספורט – התאמה, סדר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ספרייה ציבורית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ספורט אהוב מאוד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פארק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ריצה ואופניים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טיילת ליד 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ספרים בהרבה שפות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כדורגל וכדורסל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מתקני כושר בחינם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שאלות סגורות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קופות חולים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ממתי ועד מתי פתוחות הקלפיות ביום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מ-7:00 עד 22:00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מ-8:00 עד 18:00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מ-6:00 עד 20:00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פרשה קוראים בשבוע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לך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באיזה תאריך חוגגים את יום הסובלנות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16 באוקטובר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3-4 משפטים: מה חשוב לדעת כשעולים חדשים מגיעים לישראל וצריכים להסתדר (קופת חולים, תחבורה או מגורים)?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שלוש מילים חדשות מהעיתון אני זוכר/ת וזוכר/ת גם להשתמש בהן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על אילו שני נושאים מהגיליונות אני יודע/ת לספר בקצרה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עיתון קל: החיים בישראל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