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עיתון קל: החיים בישראל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שימושי לחיי היומיום בישראל מתוך כתבות אמיתיות של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קלה דרך שאלות אמריקאיות ושאלות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מונחים אזרחיים, תרבותיים וחגיגיים המופיעים בגיליונות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וקשורה לחוויה האישית של עולה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הצעדים הראשונים: קופת חולים ותחבורה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באפליקציה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בבית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למגן דוד אדום - 101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הצעדים הראשונים: קופת חולים ותחבורה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בכתבה כתוב שרופא המשפחה מכיר את התושב ואת המשפחה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קובעים תור באפליקציה או בטלפון, לא בדואר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101 הוא המספר של מגן דוד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עם רב-קו נוסעים גם ברכבת ובאוטובוס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הצעדים הראשונים: קופת חולים ותחבורה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 מרקחת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רב-קו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ישראל בוחרת: אזרחות ובחירות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הקלפיות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כנסת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ישראל בוחרת: אזרחות ובחירות – מילים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(קלפי)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(תעודה מזהה)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(מעטפת 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(דגל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(שעת פתיחת הקלפיות)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(שעת סגירת הקלפיות)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ישראל בוחרת: אזרחות ובחירות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סבירה: כי כל קול משפיע על מי שישב בכנסת ועל ההחלטות שישפיעו על כל האזרחים.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סבירה: מראים תעודה מזהה, מקבלים פתק, שמים אותו במעטפה ומכניסים לקלפי.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עלייה, זהות וסובלנות – מה זכרתם מהכתבות?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עזב את הבית שלו והלך לארץ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16 בנובמבר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עלייה, זהות וסובלנות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אונסקו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פסיפס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עלייה, זהות וסובלנות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שמע את הציווי לך לך, עזב את הבית שלו והלך לארץ חדשה, כמו עולים חדשים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כבוד לאנשים ששונים מאיתנו, למשל בשפה או במנהגים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בישראל יש אנשים רבים ושונים מהרבה ארצות, ויחד הם יוצרים תמונה אחת יפה - כמו חתיכות קטנות בפסיפס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פתוחה, למשל: שני הנושאים מראים שבישראל חיים אנשים מהרבה מקומות ותרבויות, וחשוב לקבל ולכבד את השונות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עונות וחגים: חורף וחנוכה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הגשם הראשון נקרא 'יורה'. המלקוש הוא הגשם האחרון, באביב.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בכל ערב מוסיפים עוד נר, עד שבערב האחרון יש שמונה נרות.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בקיץ בישראל חם ויבש, ואין גשם.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אבל השמן דלק שמונה ימים, וזה הנס של חנוכה.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עונות וחגים: חורף וחנוכה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(הגשם הראשון של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(הגשם האחרון, 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(צעצוע שהילדים משחקים בו בחנוכה)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(יש בה שמונה מקומות לנרות ועוד מקום לשמש)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(היה בו שמן ליום אחד בלבד, אבל הוא דלק שמונה ימים)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עונות וחגים: חורף וחנוכה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הגשם טוב לאדמה ולכינרת, ועוזר לצמחים ולחקלאות.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 הוא הגשם הראשון של עונת הגשמים, בסתיו. מלקוש הוא הגשם האחרון, באביב.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סוודר ומעיל שומרים על חום הגוף, ומטרייה ומגפיים מגנים מהגשם.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לפי המסורת נמצא פך שמן קטן שהספיק ליום אחד בלבד, אבל הוא דלק שמונה ימים – זה הנס שחוגגים שמונה ימים.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תרבות, פנאי וספורט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ספרייה 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בשפות רבות, וגם בעברית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כדורגל וכדורסל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בטיילת ליד 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תרבות, פנאי וספורט – נכון או 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בהרבה ספריות הכרטיס בחינם או זול.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בפארקים יש מתקני כושר בחינם לכולם.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המילה ביום בגיליון התרבות היא פנאי – זמן לעצמכם.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בספרייה יש גם מקום שקט ללמוד ופעילויות.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תרבות, פנאי וספורט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תרבות, פנאי וספורט – התאמה, סדר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(ספרים בהרבה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(מתקני כושר בחינם)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(ריצה ואופניים)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(ספורט אהוב מאוד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(צריך כדי לקחת ספר הביתה)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מ-7:00 עד 22:00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כדורגל וכדורסל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נס גדול היה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לפחות שני פרטים נכונים מהכתבות, למשל: בחירת קופת חולים, קביעת תור, שימוש ברב-קו וכדומה.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ישראל מורכבת מאנשים רבים ושונים מכל העולם, וכולם יחד יוצרים תמונה יפה. התלמיד/ה יביא/תביא דוגמה אישית.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חופשית: שלושת הימים קשורים לזהות, לזיכרון ולכבוד לאנשים שבאו ממקומות שונים או שומרים על מסורת.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הלומד/ת משתמש/ת נכון במילה בהקשר נכון, לא רק זוכר/ת 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התשובה כוללת לפחות עובדה אחת מדויקת מתוך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תרגול חוזר או דוגמה נוספת לפרק הקשה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ולחזור על המילים מהפרק הקודם בתחילת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ללומדים ברמת מתחילים אפשר להקריא את הכתבה בקול וללוות באיורים או באימוג׳ים מהעיתון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ללומדים מתקדמים יותר אפשר להוסיף שיחה קצרה או השוואה למדינת המוצא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כתיבה חופשית קצרה בסוף כל פרק, גם אם יש שגיאות, כדי לחזק ביטחון בדיבור ובכתיבה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עיתון קל: החיים בישראל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חמישה פרקים, כל פרק מתאים לנושא אחד מהעיתון. אפשר לעבוד לפי הסדר או לבחור פרק לפי העניין. בכל פרק יש מילים חדשות, שאלות הבנה ומשימת כתיבה קצרה.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הצעדים הראשונים: קופת חולים ותחבורה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קובעים תור לרופא?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באפליקציה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קונים תרופות אחרי שהרופא נותן מרשם?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מרקחת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מתקשרים במקרה חירום רפואי?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לקופת חולים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למגן דוד אדום - 101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הצעדים הראשונים: קופת חולים ותחבורה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בקופת חולים יש רופא משפחה שמכיר אתכם ואת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לקבוע תור לרופא רק בדואר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במקרה חירום מתקשרים למספר 101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כרטיס רב-קו אפשר לנסוע רק 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הצעדים הראשונים: קופת חולים ותחבורה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תושב בישראל __________ קופת חולים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התרופות קונים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רוצים לנסוע באוטובוס או ברכבת? צריך כרטיס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ישראל בוחרת: אזרחות ובחירות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יום מוזכר בגיליון כיום הבחירות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פתוח מהשעה 7:00 עד השעה 22:00?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בתי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הקלפיות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הבנקים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 הגיליון על הקול של כל אזרח?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לעולים חדשים יש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לצעירים יש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בוחרים בבחירות שבגיליון?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כנסת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מנהל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ישראל בוחרת: אזרחות ובחירות – מילים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🗳️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תעודה מזהה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קלפי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✉️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שעת סגירת הקלפיות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🇮🇱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שעת פתיחת הקלפיות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7:00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דגל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22:00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מעטפת 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ישראל בוחרת: אזרחות ובחירות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למה חשוב שכל אזרח יצביע בבחירות?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בשתיים-שלוש שורות מה קורה כשמגיעים לקלפי ביום הבחירות: אילו מסמכים מראים ומה עושים עם הפתק.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עלייה, זהות וסובלנות – מה זכרתם מהכתבות?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עברי חוגגים בבתי הספר את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פרשה קוראים בתורה בשבוע של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אברהם נקרא בכתבה 'העולה הראשון'?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עזב את הבית שלו והלך לארץ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בנה בית 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כתב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היה 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תאריך חוגגים כל שנה את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בדצמבר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עלייה, זהות וסובלנות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אברהם שמע את הציווי '__________' ועזב את הבית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הארגון הבינלאומי __________ קבע את יום הסובלנות בשנת 1995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חג הסיגד מבטא געגועים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בכתבה משווים את ישראל ל__________ - הרבה חתיכות קטנות שיוצרות יחד תמונה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עלייה, זהות וסובלנות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אברהם אבינו נקרא בכתבה 'העולה הראשון'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'סובלנות'? כתבו הסבר במילים שלכם, לפי הכתבה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בכתבה משווים את ישראל לפסיפס. הסבירו למה ההשוואה הזאת 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שלושה-ארבעה משפטים: מה משותף בין שבוע העלייה ליום הסובלנות?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עונות וחגים: חורף וחנוכה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של השנה נקרא 'מלקוש'.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נמשך שמונה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בקיץ בישראל יורד הרבה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המסורת, בפך השמן היה שמן ליום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עונות וחגים: חורף וחנוכה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בה שמונה מקומות לנרות ועוד מקום לשמש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היה בו שמן ליום אחד בלבד, אבל הוא דלק שמונה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הגשם הראשון של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צעצוע שהילדים משחקים בו בחנוכה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פך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הגשם האחרון, באביב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עונות וחגים: חורף וחנוכה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למה הגשם חשוב לארץ 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יורה למלקוש.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פריטי לבוש שלובשים בחורף הישראלי,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בעזרת סיפור פך השמן, הסבירו למה חג חנוכה נמשך דווקא שמונה ימים.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תרבות, פנאי וספורט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ברוב הערים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קולנוע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ספרייה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מוזיאון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תיאטרון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באילו שפות יש ספרים בספרייה?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בשפות רבות, וגם בעברית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ענפי ספורט אהובים מאוד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טניס וגולף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 וכדורסל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סקי והוקי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שחייה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אנשים רצים ורוכבים על 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בטיילת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בתחנה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בבנק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תרבות, פנאי וספורט – נכון או 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לקחת ספר הביתה מהספרייה צריך לשלם הרבה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מתקני הכושר בפארקים הם בחינם.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"פנאי" פירושה זמן לעצמכם.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בספרייה אסור ללמוד, אפשר רק לקחת ספרים.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תרבות, פנאי וספורט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בספרייה אפשר לקחת __________ הביתה ולהחזיר אותו אחרי כמה שבועות.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להתאמן בפארק בחינם אפשר להשתמש ב__________ כושר.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תרבות, פנאי וספורט – התאמה, סדר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ספרייה ציבורית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צריך כדי לקחת ספר הביתה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פארק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ספרים בהרבה 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טיילת ליד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מתקני כושר בחינם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כדורגל וכדורסל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ריצה ואופניים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קורא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ספורט אהוב מאוד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סגורות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קופות חולים יש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ממתי ועד מתי פתוחות הקלפיות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מ-7:00 עד 22:00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מ-8:00 עד 18:00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מ-6:00 עד 20:00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פרשה קוראים בשבוע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לך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תאריך חוגגים את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נקרא הגשם הראשון של השנה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ימים נמשך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ספורט אהוב מאוד בישראל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סקי והוקי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 וכדורסל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טניס וגולף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שחייה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אומרות האותיות על הסביבון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אורים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גדול היה כאן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מה חשוב לדעת כשעולים חדשים מגיעים לישראל וצריכים להסתדר (קופת חולים, תחבורה או מגורים)?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שלכם: למה אומרים שישראל היא כמו פסיפס? תנו דוגמה אחת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בין חג הסגד ליום הסובלנות או ליום העלייה: מה משותף לשלושת הימים האלה?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מילים חדשות מהעיתון אני זוכר/ת וזוכר/ת גם להשתמש בהן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אילו שני נושאים מהגיליונות אני יודע/ת לספר בקצרה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פרק הייתי צריך/ה עזרה נוספת,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עיתון קל: החיים בישראל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